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CECA0" w14:textId="3326A9B0" w:rsidR="0085331E" w:rsidRPr="00590BFD" w:rsidRDefault="00590BFD" w:rsidP="00590BFD">
      <w:pPr>
        <w:spacing w:after="160"/>
        <w:jc w:val="right"/>
        <w:rPr>
          <w:b/>
          <w:sz w:val="20"/>
          <w:szCs w:val="20"/>
        </w:rPr>
      </w:pPr>
      <w:proofErr w:type="spellStart"/>
      <w:r w:rsidRPr="00590BFD">
        <w:rPr>
          <w:b/>
          <w:sz w:val="20"/>
          <w:szCs w:val="20"/>
        </w:rPr>
        <w:t>P</w:t>
      </w:r>
      <w:r w:rsidR="0085331E" w:rsidRPr="00590BFD">
        <w:rPr>
          <w:b/>
          <w:sz w:val="20"/>
          <w:szCs w:val="20"/>
        </w:rPr>
        <w:t>riloga</w:t>
      </w:r>
      <w:proofErr w:type="spellEnd"/>
      <w:r w:rsidRPr="00590BFD">
        <w:rPr>
          <w:b/>
          <w:sz w:val="20"/>
          <w:szCs w:val="20"/>
        </w:rPr>
        <w:t xml:space="preserve"> 2</w:t>
      </w:r>
    </w:p>
    <w:p w14:paraId="3801CDBD" w14:textId="4AC8DDAC" w:rsidR="0083437D" w:rsidRPr="0039544F" w:rsidRDefault="00394373">
      <w:pPr>
        <w:spacing w:after="160"/>
        <w:jc w:val="center"/>
        <w:rPr>
          <w:sz w:val="22"/>
          <w:szCs w:val="24"/>
        </w:rPr>
      </w:pPr>
      <w:r w:rsidRPr="0039544F">
        <w:rPr>
          <w:b/>
          <w:sz w:val="28"/>
          <w:szCs w:val="24"/>
        </w:rPr>
        <w:t>PISNA PRIPRAVA NA</w:t>
      </w:r>
      <w:r w:rsidR="0039544F" w:rsidRPr="0039544F">
        <w:rPr>
          <w:b/>
          <w:sz w:val="28"/>
          <w:szCs w:val="24"/>
        </w:rPr>
        <w:t xml:space="preserve"> </w:t>
      </w:r>
      <w:proofErr w:type="gramStart"/>
      <w:r w:rsidR="0039544F" w:rsidRPr="0039544F">
        <w:rPr>
          <w:b/>
          <w:sz w:val="28"/>
          <w:szCs w:val="24"/>
        </w:rPr>
        <w:t>1./</w:t>
      </w:r>
      <w:proofErr w:type="gramEnd"/>
      <w:r w:rsidR="0039544F" w:rsidRPr="0039544F">
        <w:rPr>
          <w:b/>
          <w:sz w:val="28"/>
          <w:szCs w:val="24"/>
        </w:rPr>
        <w:t>2./3.</w:t>
      </w:r>
      <w:r w:rsidRPr="0039544F">
        <w:rPr>
          <w:b/>
          <w:sz w:val="28"/>
          <w:szCs w:val="24"/>
        </w:rPr>
        <w:t xml:space="preserve"> IZPITNI NASTOP – 4. PREDMET POKLICNE MATURE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150"/>
        <w:gridCol w:w="2898"/>
        <w:gridCol w:w="2914"/>
      </w:tblGrid>
      <w:tr w:rsidR="0083437D" w:rsidRPr="0039544F" w14:paraId="5E933975" w14:textId="77777777" w:rsidTr="0039544F">
        <w:trPr>
          <w:trHeight w:val="709"/>
          <w:jc w:val="center"/>
        </w:trPr>
        <w:tc>
          <w:tcPr>
            <w:tcW w:w="42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E8EB9" w14:textId="77777777" w:rsidR="0083437D" w:rsidRPr="0039544F" w:rsidRDefault="00394373">
            <w:pPr>
              <w:spacing w:after="0"/>
              <w:rPr>
                <w:sz w:val="24"/>
                <w:szCs w:val="24"/>
              </w:rPr>
            </w:pPr>
            <w:r w:rsidRPr="0039544F">
              <w:rPr>
                <w:b/>
                <w:sz w:val="24"/>
                <w:szCs w:val="24"/>
              </w:rPr>
              <w:t>DATUM:</w:t>
            </w:r>
            <w:r w:rsidRPr="0039544F">
              <w:rPr>
                <w:sz w:val="24"/>
                <w:szCs w:val="24"/>
              </w:rPr>
              <w:br/>
            </w:r>
          </w:p>
        </w:tc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6187C" w14:textId="77777777" w:rsidR="0083437D" w:rsidRPr="0039544F" w:rsidRDefault="00394373">
            <w:pPr>
              <w:spacing w:after="0"/>
              <w:rPr>
                <w:sz w:val="24"/>
                <w:szCs w:val="24"/>
              </w:rPr>
            </w:pPr>
            <w:r w:rsidRPr="0039544F">
              <w:rPr>
                <w:b/>
                <w:sz w:val="24"/>
                <w:szCs w:val="24"/>
              </w:rPr>
              <w:t>ČAS:</w:t>
            </w:r>
            <w:r w:rsidRPr="0039544F">
              <w:rPr>
                <w:sz w:val="24"/>
                <w:szCs w:val="24"/>
              </w:rPr>
              <w:br/>
            </w:r>
          </w:p>
        </w:tc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63F9D" w14:textId="77777777" w:rsidR="0083437D" w:rsidRPr="0039544F" w:rsidRDefault="00394373">
            <w:pPr>
              <w:spacing w:after="0"/>
              <w:rPr>
                <w:sz w:val="24"/>
                <w:szCs w:val="24"/>
              </w:rPr>
            </w:pPr>
            <w:r w:rsidRPr="0039544F">
              <w:rPr>
                <w:b/>
                <w:sz w:val="24"/>
                <w:szCs w:val="24"/>
              </w:rPr>
              <w:t>PROSTOR:</w:t>
            </w:r>
            <w:r w:rsidRPr="0039544F">
              <w:rPr>
                <w:sz w:val="24"/>
                <w:szCs w:val="24"/>
              </w:rPr>
              <w:br/>
            </w:r>
          </w:p>
        </w:tc>
      </w:tr>
      <w:tr w:rsidR="0083437D" w:rsidRPr="0039544F" w14:paraId="7475B8F2" w14:textId="77777777" w:rsidTr="0039544F">
        <w:trPr>
          <w:trHeight w:val="709"/>
          <w:jc w:val="center"/>
        </w:trPr>
        <w:tc>
          <w:tcPr>
            <w:tcW w:w="10117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102C06" w14:textId="77777777" w:rsidR="0083437D" w:rsidRPr="0039544F" w:rsidRDefault="00394373">
            <w:pPr>
              <w:spacing w:after="0"/>
              <w:rPr>
                <w:sz w:val="24"/>
                <w:szCs w:val="24"/>
              </w:rPr>
            </w:pPr>
            <w:r w:rsidRPr="0039544F">
              <w:rPr>
                <w:b/>
                <w:sz w:val="24"/>
                <w:szCs w:val="24"/>
              </w:rPr>
              <w:t>TEMA:</w:t>
            </w:r>
            <w:r w:rsidRPr="0039544F">
              <w:rPr>
                <w:sz w:val="24"/>
                <w:szCs w:val="24"/>
              </w:rPr>
              <w:br/>
            </w:r>
          </w:p>
        </w:tc>
      </w:tr>
    </w:tbl>
    <w:p w14:paraId="634502CA" w14:textId="77777777" w:rsidR="0083437D" w:rsidRPr="0039544F" w:rsidRDefault="00394373">
      <w:pPr>
        <w:spacing w:before="140" w:after="40"/>
        <w:rPr>
          <w:sz w:val="24"/>
          <w:szCs w:val="24"/>
        </w:rPr>
      </w:pPr>
      <w:r w:rsidRPr="0039544F">
        <w:rPr>
          <w:b/>
          <w:sz w:val="24"/>
          <w:szCs w:val="24"/>
        </w:rPr>
        <w:t xml:space="preserve">IZHODIŠČE ZA </w:t>
      </w:r>
      <w:proofErr w:type="gramStart"/>
      <w:r w:rsidRPr="0039544F">
        <w:rPr>
          <w:b/>
          <w:sz w:val="24"/>
          <w:szCs w:val="24"/>
        </w:rPr>
        <w:t>NAČRTOVANJE</w:t>
      </w:r>
      <w:r w:rsidRPr="0039544F">
        <w:rPr>
          <w:i/>
          <w:sz w:val="24"/>
          <w:szCs w:val="24"/>
        </w:rPr>
        <w:t xml:space="preserve">  (</w:t>
      </w:r>
      <w:proofErr w:type="spellStart"/>
      <w:proofErr w:type="gramEnd"/>
      <w:r w:rsidRPr="0039544F">
        <w:rPr>
          <w:i/>
          <w:sz w:val="24"/>
          <w:szCs w:val="24"/>
        </w:rPr>
        <w:t>kaj</w:t>
      </w:r>
      <w:proofErr w:type="spellEnd"/>
      <w:r w:rsidRPr="0039544F">
        <w:rPr>
          <w:i/>
          <w:sz w:val="24"/>
          <w:szCs w:val="24"/>
        </w:rPr>
        <w:t xml:space="preserve"> </w:t>
      </w:r>
      <w:proofErr w:type="spellStart"/>
      <w:r w:rsidRPr="0039544F">
        <w:rPr>
          <w:i/>
          <w:sz w:val="24"/>
          <w:szCs w:val="24"/>
        </w:rPr>
        <w:t>otroci</w:t>
      </w:r>
      <w:proofErr w:type="spellEnd"/>
      <w:r w:rsidRPr="0039544F">
        <w:rPr>
          <w:i/>
          <w:sz w:val="24"/>
          <w:szCs w:val="24"/>
        </w:rPr>
        <w:t xml:space="preserve"> </w:t>
      </w:r>
      <w:proofErr w:type="spellStart"/>
      <w:r w:rsidRPr="0039544F">
        <w:rPr>
          <w:i/>
          <w:sz w:val="24"/>
          <w:szCs w:val="24"/>
        </w:rPr>
        <w:t>že</w:t>
      </w:r>
      <w:proofErr w:type="spellEnd"/>
      <w:r w:rsidRPr="0039544F">
        <w:rPr>
          <w:i/>
          <w:sz w:val="24"/>
          <w:szCs w:val="24"/>
        </w:rPr>
        <w:t xml:space="preserve"> </w:t>
      </w:r>
      <w:proofErr w:type="spellStart"/>
      <w:r w:rsidRPr="0039544F">
        <w:rPr>
          <w:i/>
          <w:sz w:val="24"/>
          <w:szCs w:val="24"/>
        </w:rPr>
        <w:t>vedo</w:t>
      </w:r>
      <w:proofErr w:type="spellEnd"/>
      <w:r w:rsidRPr="0039544F">
        <w:rPr>
          <w:i/>
          <w:sz w:val="24"/>
          <w:szCs w:val="24"/>
        </w:rPr>
        <w:t>, kaj jih zanima, na kaj se dejavnost navezuje)</w:t>
      </w:r>
    </w:p>
    <w:p w14:paraId="6988E85B" w14:textId="5BE5205C" w:rsidR="0083437D" w:rsidRPr="0039544F" w:rsidRDefault="00394373">
      <w:pPr>
        <w:spacing w:after="20" w:line="240" w:lineRule="auto"/>
        <w:rPr>
          <w:sz w:val="24"/>
          <w:szCs w:val="24"/>
        </w:rPr>
      </w:pPr>
      <w:r w:rsidRPr="0039544F">
        <w:rPr>
          <w:sz w:val="24"/>
          <w:szCs w:val="24"/>
        </w:rPr>
        <w:t>__________________________________________________________________________</w:t>
      </w:r>
    </w:p>
    <w:p w14:paraId="4446D741" w14:textId="2E73E72C" w:rsidR="0083437D" w:rsidRPr="0039544F" w:rsidRDefault="00394373">
      <w:pPr>
        <w:spacing w:after="20" w:line="240" w:lineRule="auto"/>
        <w:rPr>
          <w:sz w:val="24"/>
          <w:szCs w:val="24"/>
        </w:rPr>
      </w:pPr>
      <w:r w:rsidRPr="0039544F">
        <w:rPr>
          <w:sz w:val="24"/>
          <w:szCs w:val="24"/>
        </w:rPr>
        <w:t>__________________________________________________________________________</w:t>
      </w:r>
    </w:p>
    <w:p w14:paraId="3496FE78" w14:textId="77777777" w:rsidR="0039544F" w:rsidRDefault="0039544F">
      <w:pPr>
        <w:spacing w:before="80" w:after="40"/>
        <w:rPr>
          <w:b/>
          <w:sz w:val="24"/>
          <w:szCs w:val="24"/>
        </w:rPr>
      </w:pPr>
    </w:p>
    <w:p w14:paraId="6CBCBD8A" w14:textId="2F78490B" w:rsidR="0083437D" w:rsidRPr="0039544F" w:rsidRDefault="00394373">
      <w:pPr>
        <w:spacing w:before="80" w:after="40"/>
        <w:rPr>
          <w:sz w:val="24"/>
          <w:szCs w:val="24"/>
        </w:rPr>
      </w:pPr>
      <w:r w:rsidRPr="0039544F">
        <w:rPr>
          <w:b/>
          <w:sz w:val="24"/>
          <w:szCs w:val="24"/>
        </w:rPr>
        <w:t>PODROČJA DEJAVNOSTI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83437D" w:rsidRPr="0039544F" w14:paraId="2EFD85EC" w14:textId="77777777">
        <w:trPr>
          <w:jc w:val="center"/>
        </w:trPr>
        <w:tc>
          <w:tcPr>
            <w:tcW w:w="10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C04AAD" w14:textId="77777777" w:rsidR="0083437D" w:rsidRPr="0039544F" w:rsidRDefault="00394373">
            <w:pPr>
              <w:spacing w:after="0"/>
              <w:rPr>
                <w:sz w:val="24"/>
                <w:szCs w:val="24"/>
              </w:rPr>
            </w:pPr>
            <w:r w:rsidRPr="0039544F">
              <w:rPr>
                <w:sz w:val="24"/>
                <w:szCs w:val="24"/>
              </w:rPr>
              <w:t>Nosilno področje (označite eno):   □ JEZIK   □ NARAVA   □ DRUŽBA   □ MATEMATIKA   □ UMETNOST   □ GIBANJE</w:t>
            </w:r>
          </w:p>
        </w:tc>
      </w:tr>
      <w:tr w:rsidR="0083437D" w:rsidRPr="0039544F" w14:paraId="6C3801CB" w14:textId="77777777">
        <w:trPr>
          <w:jc w:val="center"/>
        </w:trPr>
        <w:tc>
          <w:tcPr>
            <w:tcW w:w="10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07759E" w14:textId="77777777" w:rsidR="0083437D" w:rsidRPr="0039544F" w:rsidRDefault="00394373">
            <w:pPr>
              <w:spacing w:after="0"/>
              <w:rPr>
                <w:sz w:val="24"/>
                <w:szCs w:val="24"/>
              </w:rPr>
            </w:pPr>
            <w:r w:rsidRPr="0039544F">
              <w:rPr>
                <w:sz w:val="24"/>
                <w:szCs w:val="24"/>
              </w:rPr>
              <w:t>Povezana področja (po potrebi):     □ JEZIK   □ NARAVA   □ DRUŽBA   □ MATEMATIKA   □ UMETNOST   □ GIBANJE</w:t>
            </w:r>
          </w:p>
        </w:tc>
      </w:tr>
    </w:tbl>
    <w:p w14:paraId="12B80D2E" w14:textId="77777777" w:rsidR="00915C3E" w:rsidRDefault="00915C3E">
      <w:pPr>
        <w:spacing w:before="100" w:after="20"/>
        <w:rPr>
          <w:b/>
          <w:sz w:val="24"/>
          <w:szCs w:val="24"/>
        </w:rPr>
      </w:pPr>
    </w:p>
    <w:p w14:paraId="3BA9A8F4" w14:textId="3BF720F4" w:rsidR="0083437D" w:rsidRPr="0039544F" w:rsidRDefault="00394373">
      <w:pPr>
        <w:spacing w:before="10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OPERATIVNI CILJI</w:t>
      </w:r>
    </w:p>
    <w:p w14:paraId="76C37B2B" w14:textId="2FCA9404" w:rsidR="0083437D" w:rsidRPr="0039544F" w:rsidRDefault="00394373">
      <w:pPr>
        <w:spacing w:after="20" w:line="240" w:lineRule="auto"/>
        <w:rPr>
          <w:sz w:val="24"/>
          <w:szCs w:val="24"/>
        </w:rPr>
      </w:pPr>
      <w:r w:rsidRPr="0039544F">
        <w:rPr>
          <w:sz w:val="24"/>
          <w:szCs w:val="24"/>
        </w:rPr>
        <w:t>__________________________________________________________________________</w:t>
      </w:r>
    </w:p>
    <w:p w14:paraId="44591B5B" w14:textId="2D32E951" w:rsidR="0083437D" w:rsidRPr="0039544F" w:rsidRDefault="00394373">
      <w:pPr>
        <w:spacing w:after="20" w:line="240" w:lineRule="auto"/>
        <w:rPr>
          <w:sz w:val="24"/>
          <w:szCs w:val="24"/>
        </w:rPr>
      </w:pPr>
      <w:r w:rsidRPr="0039544F">
        <w:rPr>
          <w:sz w:val="24"/>
          <w:szCs w:val="24"/>
        </w:rPr>
        <w:t>__________________________________________________________________________</w:t>
      </w:r>
    </w:p>
    <w:p w14:paraId="297B39EB" w14:textId="2947E5E1" w:rsidR="0083437D" w:rsidRDefault="00394373">
      <w:pPr>
        <w:spacing w:after="20" w:line="240" w:lineRule="auto"/>
        <w:rPr>
          <w:sz w:val="24"/>
          <w:szCs w:val="24"/>
        </w:rPr>
      </w:pPr>
      <w:r w:rsidRPr="0039544F">
        <w:rPr>
          <w:sz w:val="24"/>
          <w:szCs w:val="24"/>
        </w:rPr>
        <w:t>__________________________________________________________________________</w:t>
      </w:r>
    </w:p>
    <w:p w14:paraId="464A9E9D" w14:textId="77777777" w:rsidR="0039544F" w:rsidRPr="0039544F" w:rsidRDefault="0039544F">
      <w:pPr>
        <w:spacing w:after="20" w:line="240" w:lineRule="auto"/>
        <w:rPr>
          <w:sz w:val="24"/>
          <w:szCs w:val="24"/>
        </w:rPr>
      </w:pPr>
    </w:p>
    <w:p w14:paraId="7769A743" w14:textId="131B77DA" w:rsidR="0083437D" w:rsidRPr="0039544F" w:rsidRDefault="00394373">
      <w:pPr>
        <w:spacing w:before="8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DIDAKT</w:t>
      </w:r>
      <w:r w:rsidR="0039544F">
        <w:rPr>
          <w:b/>
          <w:sz w:val="24"/>
          <w:szCs w:val="24"/>
        </w:rPr>
        <w:t>I</w:t>
      </w:r>
      <w:r w:rsidRPr="0039544F">
        <w:rPr>
          <w:b/>
          <w:sz w:val="24"/>
          <w:szCs w:val="24"/>
        </w:rPr>
        <w:t>ČNE METODE</w:t>
      </w:r>
    </w:p>
    <w:p w14:paraId="2B42ACB4" w14:textId="756431B5" w:rsidR="0083437D" w:rsidRPr="0039544F" w:rsidRDefault="00394373">
      <w:pPr>
        <w:spacing w:after="40"/>
        <w:jc w:val="left"/>
        <w:rPr>
          <w:sz w:val="24"/>
          <w:szCs w:val="24"/>
        </w:rPr>
      </w:pP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Igra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Delo</w:t>
      </w:r>
      <w:proofErr w:type="spellEnd"/>
      <w:r w:rsidRPr="0039544F">
        <w:rPr>
          <w:sz w:val="24"/>
          <w:szCs w:val="24"/>
        </w:rPr>
        <w:t xml:space="preserve"> z </w:t>
      </w:r>
      <w:proofErr w:type="spellStart"/>
      <w:r w:rsidRPr="0039544F">
        <w:rPr>
          <w:sz w:val="24"/>
          <w:szCs w:val="24"/>
        </w:rPr>
        <w:t>lutko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Opazovanje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Eksperiment</w:t>
      </w:r>
      <w:proofErr w:type="spellEnd"/>
      <w:r w:rsidRPr="0039544F">
        <w:rPr>
          <w:sz w:val="24"/>
          <w:szCs w:val="24"/>
        </w:rPr>
        <w:t xml:space="preserve">   □ </w:t>
      </w:r>
      <w:proofErr w:type="spellStart"/>
      <w:r w:rsidRPr="0039544F">
        <w:rPr>
          <w:sz w:val="24"/>
          <w:szCs w:val="24"/>
        </w:rPr>
        <w:t>Razgovor</w:t>
      </w:r>
      <w:proofErr w:type="spellEnd"/>
      <w:r w:rsidRPr="0039544F">
        <w:rPr>
          <w:sz w:val="24"/>
          <w:szCs w:val="24"/>
        </w:rPr>
        <w:t>/</w:t>
      </w:r>
      <w:proofErr w:type="spellStart"/>
      <w:r w:rsidRPr="0039544F">
        <w:rPr>
          <w:sz w:val="24"/>
          <w:szCs w:val="24"/>
        </w:rPr>
        <w:t>pogovor</w:t>
      </w:r>
      <w:proofErr w:type="spellEnd"/>
      <w:r w:rsidRPr="0039544F">
        <w:rPr>
          <w:sz w:val="24"/>
          <w:szCs w:val="24"/>
        </w:rPr>
        <w:t xml:space="preserve">   □ </w:t>
      </w:r>
      <w:proofErr w:type="spellStart"/>
      <w:r w:rsidRPr="0039544F">
        <w:rPr>
          <w:sz w:val="24"/>
          <w:szCs w:val="24"/>
        </w:rPr>
        <w:t>Pripovedovanje</w:t>
      </w:r>
      <w:proofErr w:type="spellEnd"/>
      <w:r w:rsidRPr="0039544F">
        <w:rPr>
          <w:sz w:val="24"/>
          <w:szCs w:val="24"/>
        </w:rPr>
        <w:t>/</w:t>
      </w:r>
      <w:proofErr w:type="spellStart"/>
      <w:r w:rsidRPr="0039544F">
        <w:rPr>
          <w:sz w:val="24"/>
          <w:szCs w:val="24"/>
        </w:rPr>
        <w:t>razlaga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Praktično</w:t>
      </w:r>
      <w:proofErr w:type="spellEnd"/>
      <w:r w:rsidRPr="0039544F">
        <w:rPr>
          <w:sz w:val="24"/>
          <w:szCs w:val="24"/>
        </w:rPr>
        <w:t xml:space="preserve"> </w:t>
      </w:r>
      <w:proofErr w:type="spellStart"/>
      <w:r w:rsidRPr="0039544F">
        <w:rPr>
          <w:sz w:val="24"/>
          <w:szCs w:val="24"/>
        </w:rPr>
        <w:t>delo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Drugo</w:t>
      </w:r>
      <w:proofErr w:type="spellEnd"/>
      <w:r w:rsidRPr="0039544F">
        <w:rPr>
          <w:sz w:val="24"/>
          <w:szCs w:val="24"/>
        </w:rPr>
        <w:t>: __________________</w:t>
      </w:r>
    </w:p>
    <w:p w14:paraId="6C5154ED" w14:textId="77777777" w:rsidR="0039544F" w:rsidRDefault="0039544F">
      <w:pPr>
        <w:spacing w:before="80" w:after="20"/>
        <w:rPr>
          <w:b/>
          <w:sz w:val="24"/>
          <w:szCs w:val="24"/>
        </w:rPr>
      </w:pPr>
    </w:p>
    <w:p w14:paraId="37E83681" w14:textId="2692E469" w:rsidR="0083437D" w:rsidRPr="0039544F" w:rsidRDefault="00394373">
      <w:pPr>
        <w:spacing w:before="8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OBLIKE DELA</w:t>
      </w:r>
    </w:p>
    <w:p w14:paraId="3AFD3632" w14:textId="77777777" w:rsidR="0039544F" w:rsidRDefault="00394373">
      <w:pPr>
        <w:spacing w:after="40"/>
        <w:jc w:val="left"/>
        <w:rPr>
          <w:sz w:val="24"/>
          <w:szCs w:val="24"/>
        </w:rPr>
      </w:pP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Individualna</w:t>
      </w:r>
      <w:proofErr w:type="spellEnd"/>
      <w:r w:rsidRPr="0039544F">
        <w:rPr>
          <w:sz w:val="24"/>
          <w:szCs w:val="24"/>
        </w:rPr>
        <w:t xml:space="preserve"> </w:t>
      </w:r>
      <w:proofErr w:type="spellStart"/>
      <w:r w:rsidRPr="0039544F">
        <w:rPr>
          <w:sz w:val="24"/>
          <w:szCs w:val="24"/>
        </w:rPr>
        <w:t>oblika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Delo</w:t>
      </w:r>
      <w:proofErr w:type="spellEnd"/>
      <w:r w:rsidRPr="0039544F">
        <w:rPr>
          <w:sz w:val="24"/>
          <w:szCs w:val="24"/>
        </w:rPr>
        <w:t xml:space="preserve"> v </w:t>
      </w:r>
      <w:proofErr w:type="spellStart"/>
      <w:r w:rsidRPr="0039544F">
        <w:rPr>
          <w:sz w:val="24"/>
          <w:szCs w:val="24"/>
        </w:rPr>
        <w:t>paru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Skupinska</w:t>
      </w:r>
      <w:proofErr w:type="spellEnd"/>
      <w:r w:rsidRPr="0039544F">
        <w:rPr>
          <w:sz w:val="24"/>
          <w:szCs w:val="24"/>
        </w:rPr>
        <w:t xml:space="preserve"> </w:t>
      </w:r>
      <w:proofErr w:type="spellStart"/>
      <w:r w:rsidRPr="0039544F">
        <w:rPr>
          <w:sz w:val="24"/>
          <w:szCs w:val="24"/>
        </w:rPr>
        <w:t>oblika</w:t>
      </w:r>
      <w:proofErr w:type="spellEnd"/>
      <w:r w:rsidRPr="0039544F">
        <w:rPr>
          <w:sz w:val="24"/>
          <w:szCs w:val="24"/>
        </w:rPr>
        <w:t xml:space="preserve">   </w:t>
      </w:r>
    </w:p>
    <w:p w14:paraId="627FC6C8" w14:textId="1214974E" w:rsidR="0083437D" w:rsidRPr="0039544F" w:rsidRDefault="00394373">
      <w:pPr>
        <w:spacing w:after="40"/>
        <w:jc w:val="left"/>
        <w:rPr>
          <w:sz w:val="24"/>
          <w:szCs w:val="24"/>
        </w:rPr>
      </w:pP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Skupna</w:t>
      </w:r>
      <w:proofErr w:type="spellEnd"/>
      <w:r w:rsidRPr="0039544F">
        <w:rPr>
          <w:sz w:val="24"/>
          <w:szCs w:val="24"/>
        </w:rPr>
        <w:t xml:space="preserve"> (</w:t>
      </w:r>
      <w:proofErr w:type="spellStart"/>
      <w:r w:rsidRPr="0039544F">
        <w:rPr>
          <w:sz w:val="24"/>
          <w:szCs w:val="24"/>
        </w:rPr>
        <w:t>frontalna</w:t>
      </w:r>
      <w:proofErr w:type="spellEnd"/>
      <w:r w:rsidRPr="0039544F">
        <w:rPr>
          <w:sz w:val="24"/>
          <w:szCs w:val="24"/>
        </w:rPr>
        <w:t xml:space="preserve">) </w:t>
      </w:r>
      <w:proofErr w:type="spellStart"/>
      <w:r w:rsidRPr="0039544F">
        <w:rPr>
          <w:sz w:val="24"/>
          <w:szCs w:val="24"/>
        </w:rPr>
        <w:t>oblika</w:t>
      </w:r>
      <w:proofErr w:type="spellEnd"/>
    </w:p>
    <w:p w14:paraId="70B99487" w14:textId="77777777" w:rsidR="0039544F" w:rsidRDefault="0039544F">
      <w:pPr>
        <w:spacing w:before="80" w:after="20"/>
        <w:rPr>
          <w:b/>
          <w:sz w:val="24"/>
          <w:szCs w:val="24"/>
        </w:rPr>
      </w:pPr>
    </w:p>
    <w:p w14:paraId="5AF9D147" w14:textId="0733FE90" w:rsidR="0083437D" w:rsidRPr="0039544F" w:rsidRDefault="00394373">
      <w:pPr>
        <w:spacing w:before="8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DIDAKTIČNA NAČELA</w:t>
      </w:r>
    </w:p>
    <w:p w14:paraId="0198DCC4" w14:textId="77777777" w:rsidR="0039544F" w:rsidRDefault="00394373">
      <w:pPr>
        <w:spacing w:after="40"/>
        <w:jc w:val="left"/>
        <w:rPr>
          <w:sz w:val="24"/>
          <w:szCs w:val="24"/>
        </w:rPr>
      </w:pPr>
      <w:r w:rsidRPr="0039544F">
        <w:rPr>
          <w:sz w:val="24"/>
          <w:szCs w:val="24"/>
        </w:rPr>
        <w:t xml:space="preserve">Označite samo načela, ki jih boste pri nastopu dejansko uresničevali:  </w:t>
      </w:r>
    </w:p>
    <w:p w14:paraId="40ABC6EA" w14:textId="77777777" w:rsidR="0039544F" w:rsidRDefault="00394373">
      <w:pPr>
        <w:spacing w:after="40"/>
        <w:jc w:val="left"/>
        <w:rPr>
          <w:sz w:val="24"/>
          <w:szCs w:val="24"/>
        </w:rPr>
      </w:pP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Nazornosti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Interesa</w:t>
      </w:r>
      <w:proofErr w:type="spellEnd"/>
      <w:r w:rsidRPr="0039544F">
        <w:rPr>
          <w:sz w:val="24"/>
          <w:szCs w:val="24"/>
        </w:rPr>
        <w:t xml:space="preserve"> in </w:t>
      </w:r>
      <w:proofErr w:type="spellStart"/>
      <w:r w:rsidRPr="0039544F">
        <w:rPr>
          <w:sz w:val="24"/>
          <w:szCs w:val="24"/>
        </w:rPr>
        <w:t>aktivnosti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Pozitivne</w:t>
      </w:r>
      <w:proofErr w:type="spellEnd"/>
      <w:r w:rsidRPr="0039544F">
        <w:rPr>
          <w:sz w:val="24"/>
          <w:szCs w:val="24"/>
        </w:rPr>
        <w:t xml:space="preserve"> </w:t>
      </w:r>
      <w:proofErr w:type="spellStart"/>
      <w:r w:rsidRPr="0039544F">
        <w:rPr>
          <w:sz w:val="24"/>
          <w:szCs w:val="24"/>
        </w:rPr>
        <w:t>usmerjenosti</w:t>
      </w:r>
      <w:proofErr w:type="spellEnd"/>
      <w:r w:rsidRPr="0039544F">
        <w:rPr>
          <w:sz w:val="24"/>
          <w:szCs w:val="24"/>
        </w:rPr>
        <w:t xml:space="preserve">   □ </w:t>
      </w:r>
      <w:proofErr w:type="spellStart"/>
      <w:r w:rsidRPr="0039544F">
        <w:rPr>
          <w:sz w:val="24"/>
          <w:szCs w:val="24"/>
        </w:rPr>
        <w:t>Sistematičnosti</w:t>
      </w:r>
      <w:proofErr w:type="spellEnd"/>
      <w:r w:rsidRPr="0039544F">
        <w:rPr>
          <w:sz w:val="24"/>
          <w:szCs w:val="24"/>
        </w:rPr>
        <w:t xml:space="preserve">   □ </w:t>
      </w:r>
      <w:proofErr w:type="spellStart"/>
      <w:r w:rsidRPr="0039544F">
        <w:rPr>
          <w:sz w:val="24"/>
          <w:szCs w:val="24"/>
        </w:rPr>
        <w:t>Postopnosti</w:t>
      </w:r>
      <w:proofErr w:type="spellEnd"/>
      <w:r w:rsidRPr="0039544F">
        <w:rPr>
          <w:sz w:val="24"/>
          <w:szCs w:val="24"/>
        </w:rPr>
        <w:t xml:space="preserve">   </w:t>
      </w:r>
      <w:r w:rsidR="0039544F">
        <w:rPr>
          <w:sz w:val="24"/>
          <w:szCs w:val="24"/>
        </w:rPr>
        <w:tab/>
      </w: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Individualizacije</w:t>
      </w:r>
      <w:proofErr w:type="spellEnd"/>
      <w:r w:rsidRPr="0039544F">
        <w:rPr>
          <w:sz w:val="24"/>
          <w:szCs w:val="24"/>
        </w:rPr>
        <w:t xml:space="preserve"> in </w:t>
      </w:r>
      <w:proofErr w:type="spellStart"/>
      <w:r w:rsidRPr="0039544F">
        <w:rPr>
          <w:sz w:val="24"/>
          <w:szCs w:val="24"/>
        </w:rPr>
        <w:t>socializacije</w:t>
      </w:r>
      <w:proofErr w:type="spellEnd"/>
      <w:r w:rsidRPr="0039544F">
        <w:rPr>
          <w:sz w:val="24"/>
          <w:szCs w:val="24"/>
        </w:rPr>
        <w:t xml:space="preserve">   □ Ekonomičnosti   </w:t>
      </w:r>
    </w:p>
    <w:p w14:paraId="3CDE7CD7" w14:textId="41825961" w:rsidR="0083437D" w:rsidRDefault="00394373">
      <w:pPr>
        <w:spacing w:after="40"/>
        <w:jc w:val="left"/>
        <w:rPr>
          <w:sz w:val="24"/>
          <w:szCs w:val="24"/>
        </w:rPr>
      </w:pPr>
      <w:r w:rsidRPr="0039544F">
        <w:rPr>
          <w:sz w:val="24"/>
          <w:szCs w:val="24"/>
        </w:rPr>
        <w:t xml:space="preserve">□ </w:t>
      </w:r>
      <w:proofErr w:type="spellStart"/>
      <w:r w:rsidRPr="0039544F">
        <w:rPr>
          <w:sz w:val="24"/>
          <w:szCs w:val="24"/>
        </w:rPr>
        <w:t>Enotnosti</w:t>
      </w:r>
      <w:proofErr w:type="spellEnd"/>
      <w:r w:rsidRPr="0039544F">
        <w:rPr>
          <w:sz w:val="24"/>
          <w:szCs w:val="24"/>
        </w:rPr>
        <w:t xml:space="preserve"> </w:t>
      </w:r>
      <w:proofErr w:type="spellStart"/>
      <w:r w:rsidRPr="0039544F">
        <w:rPr>
          <w:sz w:val="24"/>
          <w:szCs w:val="24"/>
        </w:rPr>
        <w:t>vzgojnih</w:t>
      </w:r>
      <w:proofErr w:type="spellEnd"/>
      <w:r w:rsidRPr="0039544F">
        <w:rPr>
          <w:sz w:val="24"/>
          <w:szCs w:val="24"/>
        </w:rPr>
        <w:t xml:space="preserve"> </w:t>
      </w:r>
      <w:proofErr w:type="spellStart"/>
      <w:r w:rsidRPr="0039544F">
        <w:rPr>
          <w:sz w:val="24"/>
          <w:szCs w:val="24"/>
        </w:rPr>
        <w:t>vplivov</w:t>
      </w:r>
      <w:proofErr w:type="spellEnd"/>
    </w:p>
    <w:p w14:paraId="55AA3CA2" w14:textId="7EE502CA" w:rsidR="0039544F" w:rsidRDefault="0039544F">
      <w:pPr>
        <w:spacing w:after="40"/>
        <w:jc w:val="left"/>
        <w:rPr>
          <w:sz w:val="24"/>
          <w:szCs w:val="24"/>
        </w:rPr>
      </w:pPr>
    </w:p>
    <w:p w14:paraId="32A90DD3" w14:textId="1A8416AB" w:rsidR="0039544F" w:rsidRDefault="0039544F">
      <w:pPr>
        <w:spacing w:after="40"/>
        <w:jc w:val="left"/>
        <w:rPr>
          <w:sz w:val="24"/>
          <w:szCs w:val="2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83437D" w:rsidRPr="0039544F" w14:paraId="3AE46380" w14:textId="77777777" w:rsidTr="0039544F">
        <w:trPr>
          <w:trHeight w:val="652"/>
          <w:jc w:val="center"/>
        </w:trPr>
        <w:tc>
          <w:tcPr>
            <w:tcW w:w="10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681B19" w14:textId="77777777" w:rsidR="0083437D" w:rsidRPr="0039544F" w:rsidRDefault="00394373">
            <w:pPr>
              <w:spacing w:after="0"/>
              <w:jc w:val="left"/>
              <w:rPr>
                <w:sz w:val="24"/>
                <w:szCs w:val="24"/>
              </w:rPr>
            </w:pPr>
            <w:r w:rsidRPr="0039544F">
              <w:rPr>
                <w:b/>
                <w:sz w:val="24"/>
                <w:szCs w:val="24"/>
              </w:rPr>
              <w:t>PRILAGODITVE / INDIVIDUALIZACIJA:</w:t>
            </w:r>
            <w:r w:rsidRPr="0039544F">
              <w:rPr>
                <w:sz w:val="24"/>
                <w:szCs w:val="24"/>
              </w:rPr>
              <w:br/>
            </w:r>
          </w:p>
        </w:tc>
      </w:tr>
      <w:tr w:rsidR="0083437D" w:rsidRPr="0039544F" w14:paraId="6EBCF99E" w14:textId="77777777" w:rsidTr="0039544F">
        <w:trPr>
          <w:trHeight w:val="652"/>
          <w:jc w:val="center"/>
        </w:trPr>
        <w:tc>
          <w:tcPr>
            <w:tcW w:w="10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CA0209" w14:textId="77777777" w:rsidR="0083437D" w:rsidRPr="0039544F" w:rsidRDefault="00394373">
            <w:pPr>
              <w:spacing w:after="0"/>
              <w:jc w:val="left"/>
              <w:rPr>
                <w:sz w:val="24"/>
                <w:szCs w:val="24"/>
              </w:rPr>
            </w:pPr>
            <w:r w:rsidRPr="0039544F">
              <w:rPr>
                <w:b/>
                <w:sz w:val="24"/>
                <w:szCs w:val="24"/>
              </w:rPr>
              <w:t>SREDSTVA / PRIPOMOČKI:</w:t>
            </w:r>
            <w:r w:rsidRPr="0039544F">
              <w:rPr>
                <w:sz w:val="24"/>
                <w:szCs w:val="24"/>
              </w:rPr>
              <w:br/>
            </w:r>
          </w:p>
        </w:tc>
      </w:tr>
      <w:tr w:rsidR="0083437D" w:rsidRPr="0039544F" w14:paraId="270B77AD" w14:textId="77777777" w:rsidTr="0039544F">
        <w:trPr>
          <w:trHeight w:val="652"/>
          <w:jc w:val="center"/>
        </w:trPr>
        <w:tc>
          <w:tcPr>
            <w:tcW w:w="10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C1273F" w14:textId="77777777" w:rsidR="0083437D" w:rsidRPr="0039544F" w:rsidRDefault="00394373">
            <w:pPr>
              <w:spacing w:after="0"/>
              <w:jc w:val="left"/>
              <w:rPr>
                <w:sz w:val="24"/>
                <w:szCs w:val="24"/>
              </w:rPr>
            </w:pPr>
            <w:r w:rsidRPr="0039544F">
              <w:rPr>
                <w:b/>
                <w:sz w:val="24"/>
                <w:szCs w:val="24"/>
              </w:rPr>
              <w:t>ORGANIZACIJSKI IN VARNOSTNI VIDIKI (če so relevantni):</w:t>
            </w:r>
            <w:r w:rsidRPr="0039544F">
              <w:rPr>
                <w:sz w:val="24"/>
                <w:szCs w:val="24"/>
              </w:rPr>
              <w:br/>
            </w:r>
          </w:p>
        </w:tc>
      </w:tr>
    </w:tbl>
    <w:p w14:paraId="7DFAEEE0" w14:textId="77777777" w:rsidR="0083437D" w:rsidRDefault="00394373">
      <w:r>
        <w:br w:type="page"/>
      </w:r>
    </w:p>
    <w:p w14:paraId="1EAB0F13" w14:textId="34BED462" w:rsidR="0083437D" w:rsidRDefault="00394373">
      <w:pPr>
        <w:spacing w:after="140"/>
        <w:jc w:val="center"/>
      </w:pPr>
      <w:r>
        <w:rPr>
          <w:b/>
          <w:sz w:val="26"/>
        </w:rPr>
        <w:lastRenderedPageBreak/>
        <w:t>VSEBINA IN POTEK IZPITNEGA NASTOPA</w:t>
      </w:r>
      <w:r w:rsidR="0039544F">
        <w:rPr>
          <w:b/>
          <w:sz w:val="26"/>
        </w:rPr>
        <w:t xml:space="preserve"> </w:t>
      </w:r>
      <w:proofErr w:type="spellStart"/>
      <w:r w:rsidR="0039544F">
        <w:rPr>
          <w:b/>
          <w:sz w:val="26"/>
        </w:rPr>
        <w:t>št</w:t>
      </w:r>
      <w:proofErr w:type="spellEnd"/>
      <w:r w:rsidR="0039544F">
        <w:rPr>
          <w:b/>
          <w:sz w:val="26"/>
        </w:rPr>
        <w:t>.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2921"/>
        <w:gridCol w:w="3539"/>
        <w:gridCol w:w="3502"/>
      </w:tblGrid>
      <w:tr w:rsidR="0083437D" w14:paraId="30A27BA1" w14:textId="77777777" w:rsidTr="0039544F">
        <w:trPr>
          <w:trHeight w:val="624"/>
          <w:tblHeader/>
          <w:jc w:val="center"/>
        </w:trPr>
        <w:tc>
          <w:tcPr>
            <w:tcW w:w="2973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DFD95" w14:textId="77777777" w:rsidR="0083437D" w:rsidRDefault="00394373">
            <w:pPr>
              <w:spacing w:after="0"/>
              <w:jc w:val="center"/>
            </w:pPr>
            <w:r>
              <w:rPr>
                <w:b/>
                <w:sz w:val="18"/>
              </w:rPr>
              <w:t>FAZA IN PREDVIDENI ČAS</w:t>
            </w:r>
          </w:p>
        </w:tc>
        <w:tc>
          <w:tcPr>
            <w:tcW w:w="357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A60103" w14:textId="77777777" w:rsidR="0083437D" w:rsidRDefault="00394373">
            <w:pPr>
              <w:spacing w:after="0"/>
              <w:jc w:val="center"/>
            </w:pPr>
            <w:r>
              <w:rPr>
                <w:b/>
                <w:sz w:val="18"/>
              </w:rPr>
              <w:t>DEJAVNOST IN VLOGA KANDIDATA/KANDIDATKE</w:t>
            </w:r>
          </w:p>
        </w:tc>
        <w:tc>
          <w:tcPr>
            <w:tcW w:w="3572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81BFA8" w14:textId="77777777" w:rsidR="0083437D" w:rsidRDefault="00394373">
            <w:pPr>
              <w:spacing w:after="0"/>
              <w:jc w:val="center"/>
            </w:pPr>
            <w:r>
              <w:rPr>
                <w:b/>
                <w:sz w:val="18"/>
              </w:rPr>
              <w:t>DEJAVNOST OTROK</w:t>
            </w:r>
          </w:p>
        </w:tc>
      </w:tr>
      <w:tr w:rsidR="0083437D" w14:paraId="63CCD935" w14:textId="77777777" w:rsidTr="0039544F">
        <w:trPr>
          <w:trHeight w:val="1332"/>
          <w:jc w:val="center"/>
        </w:trPr>
        <w:tc>
          <w:tcPr>
            <w:tcW w:w="297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6DA308" w14:textId="77777777" w:rsidR="0083437D" w:rsidRDefault="00394373">
            <w:pPr>
              <w:spacing w:after="0"/>
            </w:pPr>
            <w:r>
              <w:rPr>
                <w:i/>
                <w:sz w:val="17"/>
              </w:rPr>
              <w:t>npr. uvod / motivacija</w:t>
            </w:r>
            <w:r>
              <w:rPr>
                <w:i/>
                <w:sz w:val="17"/>
              </w:rPr>
              <w:br/>
              <w:t>_____ min</w:t>
            </w: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14580D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82C502" w14:textId="77777777" w:rsidR="0083437D" w:rsidRDefault="0083437D">
            <w:pPr>
              <w:spacing w:after="0"/>
            </w:pPr>
          </w:p>
        </w:tc>
      </w:tr>
      <w:tr w:rsidR="0083437D" w14:paraId="6B0B3FC1" w14:textId="77777777" w:rsidTr="0039544F">
        <w:trPr>
          <w:trHeight w:val="1332"/>
          <w:jc w:val="center"/>
        </w:trPr>
        <w:tc>
          <w:tcPr>
            <w:tcW w:w="297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5AD48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573A2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F1C47A" w14:textId="77777777" w:rsidR="0083437D" w:rsidRDefault="0083437D">
            <w:pPr>
              <w:spacing w:after="0"/>
            </w:pPr>
          </w:p>
        </w:tc>
      </w:tr>
      <w:tr w:rsidR="0083437D" w14:paraId="764B03BA" w14:textId="77777777" w:rsidTr="0039544F">
        <w:trPr>
          <w:trHeight w:val="1332"/>
          <w:jc w:val="center"/>
        </w:trPr>
        <w:tc>
          <w:tcPr>
            <w:tcW w:w="297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9BB3D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0CAD6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6225A5" w14:textId="77777777" w:rsidR="0083437D" w:rsidRDefault="0083437D">
            <w:pPr>
              <w:spacing w:after="0"/>
            </w:pPr>
          </w:p>
        </w:tc>
      </w:tr>
      <w:tr w:rsidR="0083437D" w14:paraId="42B3E6D0" w14:textId="77777777" w:rsidTr="0039544F">
        <w:trPr>
          <w:trHeight w:val="1332"/>
          <w:jc w:val="center"/>
        </w:trPr>
        <w:tc>
          <w:tcPr>
            <w:tcW w:w="297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B0024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A12B70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0C30AA" w14:textId="77777777" w:rsidR="0083437D" w:rsidRDefault="0083437D">
            <w:pPr>
              <w:spacing w:after="0"/>
            </w:pPr>
          </w:p>
        </w:tc>
      </w:tr>
      <w:tr w:rsidR="0083437D" w14:paraId="2BB4F50A" w14:textId="77777777" w:rsidTr="0039544F">
        <w:trPr>
          <w:trHeight w:val="1332"/>
          <w:jc w:val="center"/>
        </w:trPr>
        <w:tc>
          <w:tcPr>
            <w:tcW w:w="297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AA9979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CE7D9D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B5D4E4" w14:textId="77777777" w:rsidR="0083437D" w:rsidRDefault="0083437D">
            <w:pPr>
              <w:spacing w:after="0"/>
            </w:pPr>
          </w:p>
        </w:tc>
      </w:tr>
      <w:tr w:rsidR="0083437D" w14:paraId="4FE0C4A0" w14:textId="77777777" w:rsidTr="0039544F">
        <w:trPr>
          <w:trHeight w:val="1332"/>
          <w:jc w:val="center"/>
        </w:trPr>
        <w:tc>
          <w:tcPr>
            <w:tcW w:w="297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93BAD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E33AC8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52E9D0" w14:textId="77777777" w:rsidR="0083437D" w:rsidRDefault="0083437D">
            <w:pPr>
              <w:spacing w:after="0"/>
            </w:pPr>
          </w:p>
        </w:tc>
      </w:tr>
      <w:tr w:rsidR="0083437D" w14:paraId="739830CE" w14:textId="77777777" w:rsidTr="0039544F">
        <w:trPr>
          <w:trHeight w:val="1332"/>
          <w:jc w:val="center"/>
        </w:trPr>
        <w:tc>
          <w:tcPr>
            <w:tcW w:w="297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E415D3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26287A" w14:textId="77777777" w:rsidR="0083437D" w:rsidRDefault="0083437D">
            <w:pPr>
              <w:spacing w:after="0"/>
            </w:pPr>
          </w:p>
        </w:tc>
        <w:tc>
          <w:tcPr>
            <w:tcW w:w="35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EBAEA8" w14:textId="77777777" w:rsidR="0083437D" w:rsidRDefault="0083437D">
            <w:pPr>
              <w:spacing w:after="0"/>
            </w:pPr>
          </w:p>
        </w:tc>
      </w:tr>
    </w:tbl>
    <w:p w14:paraId="278E4FB9" w14:textId="77777777" w:rsidR="0083437D" w:rsidRPr="0039544F" w:rsidRDefault="00394373">
      <w:pPr>
        <w:spacing w:before="120" w:after="40"/>
        <w:rPr>
          <w:sz w:val="22"/>
          <w:szCs w:val="24"/>
        </w:rPr>
      </w:pPr>
      <w:proofErr w:type="spellStart"/>
      <w:r w:rsidRPr="0039544F">
        <w:rPr>
          <w:b/>
          <w:sz w:val="20"/>
          <w:szCs w:val="24"/>
        </w:rPr>
        <w:t>Opomba</w:t>
      </w:r>
      <w:proofErr w:type="spellEnd"/>
      <w:r w:rsidRPr="0039544F">
        <w:rPr>
          <w:b/>
          <w:sz w:val="20"/>
          <w:szCs w:val="24"/>
        </w:rPr>
        <w:t xml:space="preserve">: </w:t>
      </w:r>
      <w:proofErr w:type="spellStart"/>
      <w:r w:rsidRPr="0039544F">
        <w:rPr>
          <w:sz w:val="20"/>
          <w:szCs w:val="24"/>
        </w:rPr>
        <w:t>Pri</w:t>
      </w:r>
      <w:proofErr w:type="spellEnd"/>
      <w:r w:rsidRPr="0039544F">
        <w:rPr>
          <w:sz w:val="20"/>
          <w:szCs w:val="24"/>
        </w:rPr>
        <w:t xml:space="preserve"> </w:t>
      </w:r>
      <w:proofErr w:type="spellStart"/>
      <w:r w:rsidRPr="0039544F">
        <w:rPr>
          <w:sz w:val="20"/>
          <w:szCs w:val="24"/>
        </w:rPr>
        <w:t>zapisu</w:t>
      </w:r>
      <w:proofErr w:type="spellEnd"/>
      <w:r w:rsidRPr="0039544F">
        <w:rPr>
          <w:sz w:val="20"/>
          <w:szCs w:val="24"/>
        </w:rPr>
        <w:t xml:space="preserve"> </w:t>
      </w:r>
      <w:proofErr w:type="spellStart"/>
      <w:r w:rsidRPr="0039544F">
        <w:rPr>
          <w:sz w:val="20"/>
          <w:szCs w:val="24"/>
        </w:rPr>
        <w:t>naj</w:t>
      </w:r>
      <w:proofErr w:type="spellEnd"/>
      <w:r w:rsidRPr="0039544F">
        <w:rPr>
          <w:sz w:val="20"/>
          <w:szCs w:val="24"/>
        </w:rPr>
        <w:t xml:space="preserve"> bo jasno razvidno, kaj kandidat/kandidatka konkretno naredi, kaj ob tem počnejo otroci ter kako se dejavnost časovno in vsebinsko razvija.</w:t>
      </w:r>
    </w:p>
    <w:p w14:paraId="199528AD" w14:textId="77777777" w:rsidR="0083437D" w:rsidRPr="0039544F" w:rsidRDefault="00394373">
      <w:pPr>
        <w:rPr>
          <w:sz w:val="22"/>
          <w:szCs w:val="24"/>
        </w:rPr>
      </w:pPr>
      <w:r w:rsidRPr="0039544F">
        <w:rPr>
          <w:sz w:val="22"/>
          <w:szCs w:val="24"/>
        </w:rPr>
        <w:br w:type="page"/>
      </w:r>
    </w:p>
    <w:p w14:paraId="0A463EBB" w14:textId="77777777" w:rsidR="0083437D" w:rsidRDefault="00394373">
      <w:pPr>
        <w:spacing w:after="160"/>
        <w:jc w:val="center"/>
      </w:pPr>
      <w:r>
        <w:rPr>
          <w:b/>
          <w:sz w:val="26"/>
        </w:rPr>
        <w:lastRenderedPageBreak/>
        <w:t>EVALVACIJA / REFLEKSIJA IZPITNEGA NASTOPA</w:t>
      </w:r>
    </w:p>
    <w:p w14:paraId="43E14328" w14:textId="77777777" w:rsidR="0083437D" w:rsidRPr="0039544F" w:rsidRDefault="00394373">
      <w:pPr>
        <w:rPr>
          <w:sz w:val="24"/>
          <w:szCs w:val="24"/>
        </w:rPr>
      </w:pPr>
      <w:r w:rsidRPr="0039544F">
        <w:rPr>
          <w:sz w:val="24"/>
          <w:szCs w:val="24"/>
        </w:rPr>
        <w:t>Refleksijo kandidat/kandidatka izpolni po izvedbi nastopa. Odgovori naj bodo konkretni in podprti z opažanji iz izvedbe.</w:t>
      </w:r>
    </w:p>
    <w:p w14:paraId="33DA2A5A" w14:textId="77777777" w:rsidR="0083437D" w:rsidRPr="0039544F" w:rsidRDefault="00394373">
      <w:pPr>
        <w:spacing w:before="10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1. Katere načrtovane cilje sem dosegel/dosegla? Po čem to sklepam?</w:t>
      </w:r>
    </w:p>
    <w:p w14:paraId="70C662DE" w14:textId="77777777" w:rsidR="0083437D" w:rsidRPr="0039544F" w:rsidRDefault="00394373">
      <w:pPr>
        <w:spacing w:before="10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2. Kako so se otroci odzivali na dejavnost? Kaj jih je najbolj pritegnilo in kje so potrebovali več podpore?</w:t>
      </w:r>
    </w:p>
    <w:p w14:paraId="0AD4D7F0" w14:textId="77777777" w:rsidR="0083437D" w:rsidRPr="0039544F" w:rsidRDefault="00394373">
      <w:pPr>
        <w:spacing w:before="10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3. Kaj sem med izvedbo prilagodil/prilagodila glede na odzive otrok in zakaj?</w:t>
      </w:r>
    </w:p>
    <w:p w14:paraId="2F9D747D" w14:textId="77777777" w:rsidR="0083437D" w:rsidRPr="0039544F" w:rsidRDefault="00394373">
      <w:pPr>
        <w:spacing w:before="10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4. Kako ocenjujem svojo komunikacijo z otroki, organizacijo prostora in časa ter svojo odzivnost med nastopom?</w:t>
      </w:r>
    </w:p>
    <w:p w14:paraId="4A38CAB0" w14:textId="77777777" w:rsidR="0083437D" w:rsidRPr="0039544F" w:rsidRDefault="00394373">
      <w:pPr>
        <w:spacing w:before="100" w:after="20"/>
        <w:rPr>
          <w:sz w:val="24"/>
          <w:szCs w:val="24"/>
        </w:rPr>
      </w:pPr>
      <w:r w:rsidRPr="0039544F">
        <w:rPr>
          <w:b/>
          <w:sz w:val="24"/>
          <w:szCs w:val="24"/>
        </w:rPr>
        <w:t>5. Kaj bi ob ponovni izvedbi ohranil/ohranila in kaj bi spremenil/spremenila? Zakaj?</w:t>
      </w:r>
    </w:p>
    <w:p w14:paraId="6EAE9E2D" w14:textId="77777777" w:rsidR="00915C3E" w:rsidRDefault="00915C3E">
      <w:pPr>
        <w:spacing w:before="120" w:after="40"/>
        <w:rPr>
          <w:b/>
          <w:sz w:val="24"/>
          <w:szCs w:val="24"/>
        </w:rPr>
      </w:pPr>
    </w:p>
    <w:p w14:paraId="49217EF7" w14:textId="56C56B34" w:rsidR="0083437D" w:rsidRPr="0039544F" w:rsidRDefault="00394373">
      <w:pPr>
        <w:spacing w:before="120" w:after="40"/>
        <w:rPr>
          <w:sz w:val="24"/>
          <w:szCs w:val="24"/>
        </w:rPr>
      </w:pPr>
      <w:r w:rsidRPr="0039544F">
        <w:rPr>
          <w:b/>
          <w:sz w:val="24"/>
          <w:szCs w:val="24"/>
        </w:rPr>
        <w:t xml:space="preserve">OPOMBE MENTORJA/MENTORICE (po </w:t>
      </w:r>
      <w:proofErr w:type="spellStart"/>
      <w:r w:rsidRPr="0039544F">
        <w:rPr>
          <w:b/>
          <w:sz w:val="24"/>
          <w:szCs w:val="24"/>
        </w:rPr>
        <w:t>potrebi</w:t>
      </w:r>
      <w:proofErr w:type="spellEnd"/>
      <w:r w:rsidRPr="0039544F">
        <w:rPr>
          <w:b/>
          <w:sz w:val="24"/>
          <w:szCs w:val="24"/>
        </w:rPr>
        <w:t>):</w:t>
      </w:r>
    </w:p>
    <w:sectPr w:rsidR="0083437D" w:rsidRPr="0039544F" w:rsidSect="0039544F">
      <w:foot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EBD5D" w14:textId="77777777" w:rsidR="006A4D21" w:rsidRDefault="006A4D21">
      <w:pPr>
        <w:spacing w:after="0" w:line="240" w:lineRule="auto"/>
      </w:pPr>
      <w:r>
        <w:separator/>
      </w:r>
    </w:p>
  </w:endnote>
  <w:endnote w:type="continuationSeparator" w:id="0">
    <w:p w14:paraId="3968C1B2" w14:textId="77777777" w:rsidR="006A4D21" w:rsidRDefault="006A4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sl-SI"/>
      </w:rPr>
      <w:id w:val="1346747846"/>
      <w:docPartObj>
        <w:docPartGallery w:val="Page Numbers (Bottom of Page)"/>
        <w:docPartUnique/>
      </w:docPartObj>
    </w:sdtPr>
    <w:sdtEndPr/>
    <w:sdtContent>
      <w:p w14:paraId="4F9D0AD6" w14:textId="0E335CBC" w:rsidR="0039544F" w:rsidRDefault="0039544F">
        <w:pPr>
          <w:pStyle w:val="Noga"/>
          <w:jc w:val="right"/>
        </w:pPr>
        <w:r>
          <w:rPr>
            <w:lang w:val="sl-SI"/>
          </w:rPr>
          <w:t xml:space="preserve">Stran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  <w:r>
          <w:rPr>
            <w:lang w:val="sl-SI"/>
          </w:rPr>
          <w:t xml:space="preserve"> </w:t>
        </w:r>
      </w:p>
    </w:sdtContent>
  </w:sdt>
  <w:p w14:paraId="55615B1A" w14:textId="30E4ABBC" w:rsidR="0083437D" w:rsidRDefault="0083437D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F0F78" w14:textId="77777777" w:rsidR="006A4D21" w:rsidRDefault="006A4D21">
      <w:pPr>
        <w:spacing w:after="0" w:line="240" w:lineRule="auto"/>
      </w:pPr>
      <w:r>
        <w:separator/>
      </w:r>
    </w:p>
  </w:footnote>
  <w:footnote w:type="continuationSeparator" w:id="0">
    <w:p w14:paraId="5C3EDC41" w14:textId="77777777" w:rsidR="006A4D21" w:rsidRDefault="006A4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4373"/>
    <w:rsid w:val="0039544F"/>
    <w:rsid w:val="00590BFD"/>
    <w:rsid w:val="006A4D21"/>
    <w:rsid w:val="0083437D"/>
    <w:rsid w:val="0085331E"/>
    <w:rsid w:val="00915C3E"/>
    <w:rsid w:val="00AA1D8D"/>
    <w:rsid w:val="00AF30A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F1BC80"/>
  <w14:defaultImageDpi w14:val="300"/>
  <w15:docId w15:val="{E4ED8FBA-DFC1-4B0F-98A4-C65EEC26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80"/>
      <w:jc w:val="both"/>
    </w:pPr>
    <w:rPr>
      <w:rFonts w:ascii="Arial" w:eastAsia="Arial" w:hAnsi="Arial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Elizabeta Hernavs</cp:lastModifiedBy>
  <cp:revision>4</cp:revision>
  <cp:lastPrinted>2026-09-15T08:13:00Z</cp:lastPrinted>
  <dcterms:created xsi:type="dcterms:W3CDTF">2026-09-15T08:59:00Z</dcterms:created>
  <dcterms:modified xsi:type="dcterms:W3CDTF">2026-09-29T06:10:00Z</dcterms:modified>
  <cp:category/>
</cp:coreProperties>
</file>